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X"/>
        <w:jc w:val="center"/>
      </w:pPr>
      <w:r>
        <w:t>ANNUAL GENERAL MEETING DOCUMENT PACK / वार्षिक आम सभा दस्तावेज़ पैक</w:t>
      </w:r>
    </w:p>
    <w:p>
      <w:pPr>
        <w:jc w:val="center"/>
      </w:pPr>
      <w:r>
        <w:rPr>
          <w:b/>
          <w:color w:val="2F75B5"/>
          <w:sz w:val="20"/>
        </w:rPr>
        <w:t>Notice + Agenda + Minutes / Proceedings | Haryana Cooperative Society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10512"/>
      </w:tblGrid>
      <w:tr>
        <w:tc>
          <w:tcPr>
            <w:tcW w:type="dxa" w:w="10512"/>
            <w:shd w:fill="FFF2CC"/>
          </w:tcPr>
          <w:p>
            <w:r>
              <w:rPr>
                <w:b/>
                <w:sz w:val="18"/>
              </w:rPr>
              <w:t>Classification: Practical editable template. Legal framework: Sections 25-26, Haryana Co-operative Societies Act, 1984; Rule 23, Haryana Co-operative Societies Rules, 1989; and the registered bye-laws of the society. Notice period, quorum and competent signatory must be checked from the applicable bye-laws/instructions.</w:t>
            </w:r>
          </w:p>
        </w:tc>
      </w:tr>
    </w:tbl>
    <w:p/>
    <w:p>
      <w:pPr>
        <w:pStyle w:val="HeadingX"/>
      </w:pPr>
      <w:r>
        <w:t>PART A - AGM NOTICE / वार्षिक आम सभा की सूचना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5256"/>
        <w:gridCol w:w="5256"/>
      </w:tblGrid>
      <w:tr>
        <w:tc>
          <w:tcPr>
            <w:tcW w:type="dxa" w:w="5256"/>
            <w:shd w:fill="D9EAF7"/>
            <w:vAlign w:val="center"/>
          </w:tcPr>
          <w:p>
            <w:r>
              <w:rPr>
                <w:b/>
              </w:rPr>
              <w:t>समिति का नाम / Name of Society</w:t>
            </w:r>
          </w:p>
        </w:tc>
        <w:tc>
          <w:tcPr>
            <w:tcW w:type="dxa" w:w="5256"/>
            <w:vAlign w:val="center"/>
          </w:tcPr>
          <w:p>
            <w:r>
              <w:t>____________________________________________________________</w:t>
            </w:r>
          </w:p>
        </w:tc>
      </w:tr>
      <w:tr>
        <w:tc>
          <w:tcPr>
            <w:tcW w:type="dxa" w:w="5256"/>
            <w:shd w:fill="D9EAF7"/>
            <w:vAlign w:val="center"/>
          </w:tcPr>
          <w:p>
            <w:r>
              <w:rPr>
                <w:b/>
              </w:rPr>
              <w:t>पंजीकरण संख्या / Registration No.</w:t>
            </w:r>
          </w:p>
        </w:tc>
        <w:tc>
          <w:tcPr>
            <w:tcW w:type="dxa" w:w="5256"/>
            <w:vAlign w:val="center"/>
          </w:tcPr>
          <w:p>
            <w:r>
              <w:t>____________________________</w:t>
            </w:r>
          </w:p>
        </w:tc>
      </w:tr>
      <w:tr>
        <w:tc>
          <w:tcPr>
            <w:tcW w:type="dxa" w:w="5256"/>
            <w:shd w:fill="D9EAF7"/>
            <w:vAlign w:val="center"/>
          </w:tcPr>
          <w:p>
            <w:r>
              <w:rPr>
                <w:b/>
              </w:rPr>
              <w:t>पंजीकृत कार्यालय / Registered Office</w:t>
            </w:r>
          </w:p>
        </w:tc>
        <w:tc>
          <w:tcPr>
            <w:tcW w:type="dxa" w:w="5256"/>
            <w:vAlign w:val="center"/>
          </w:tcPr>
          <w:p>
            <w:r>
              <w:t>____________________________________________________________</w:t>
            </w:r>
          </w:p>
        </w:tc>
      </w:tr>
      <w:tr>
        <w:tc>
          <w:tcPr>
            <w:tcW w:type="dxa" w:w="5256"/>
            <w:shd w:fill="D9EAF7"/>
            <w:vAlign w:val="center"/>
          </w:tcPr>
          <w:p>
            <w:r>
              <w:rPr>
                <w:b/>
              </w:rPr>
              <w:t>Notice No. / सूचना संख्या</w:t>
            </w:r>
          </w:p>
        </w:tc>
        <w:tc>
          <w:tcPr>
            <w:tcW w:type="dxa" w:w="5256"/>
            <w:vAlign w:val="center"/>
          </w:tcPr>
          <w:p>
            <w:r>
              <w:t>____________________________</w:t>
            </w:r>
          </w:p>
        </w:tc>
      </w:tr>
      <w:tr>
        <w:tc>
          <w:tcPr>
            <w:tcW w:type="dxa" w:w="5256"/>
            <w:shd w:fill="D9EAF7"/>
            <w:vAlign w:val="center"/>
          </w:tcPr>
          <w:p>
            <w:r>
              <w:rPr>
                <w:b/>
              </w:rPr>
              <w:t>Date / दिनांक</w:t>
            </w:r>
          </w:p>
        </w:tc>
        <w:tc>
          <w:tcPr>
            <w:tcW w:type="dxa" w:w="5256"/>
            <w:vAlign w:val="center"/>
          </w:tcPr>
          <w:p>
            <w:r>
              <w:t>____ / ____ / ______</w:t>
            </w:r>
          </w:p>
        </w:tc>
      </w:tr>
    </w:tbl>
    <w:p/>
    <w:p>
      <w:r>
        <w:rPr>
          <w:b/>
        </w:rPr>
        <w:t xml:space="preserve">प्रति / To: </w:t>
      </w:r>
      <w:r>
        <w:t>सभी पात्र सदस्य / All eligible members of the Society</w:t>
      </w:r>
    </w:p>
    <w:p>
      <w:r>
        <w:rPr>
          <w:b/>
        </w:rPr>
        <w:t xml:space="preserve">विषय / Subject: </w:t>
      </w:r>
      <w:r>
        <w:t>वार्षिक आम सभा (Annual General Meeting) की सूचना।</w:t>
      </w:r>
    </w:p>
    <w:p>
      <w:r>
        <w:t>सभी सदस्यों को सूचित किया जाता है कि समिति की वार्षिक आम सभा, Haryana Co-operative Societies Act, 1984, Haryana Co-operative Societies Rules, 1989 तथा समिति के पंजीकृत उपविधियों (registered bye-laws) के लागू प्रावधानों के अनुसार निम्न तिथि, समय एवं स्थान पर आयोजित की जाएगी। सदस्यों से अनुरोध है कि समय पर उपस्थित होकर कार्यसूची पर विचार-विमर्श में भाग लें।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5256"/>
        <w:gridCol w:w="5256"/>
      </w:tblGrid>
      <w:tr>
        <w:tc>
          <w:tcPr>
            <w:tcW w:type="dxa" w:w="5256"/>
            <w:shd w:fill="D9EAF7"/>
            <w:vAlign w:val="center"/>
          </w:tcPr>
          <w:p>
            <w:r>
              <w:rPr>
                <w:b/>
              </w:rPr>
              <w:t>दिन / Day</w:t>
            </w:r>
          </w:p>
        </w:tc>
        <w:tc>
          <w:tcPr>
            <w:tcW w:type="dxa" w:w="5256"/>
            <w:vAlign w:val="center"/>
          </w:tcPr>
          <w:p>
            <w:r>
              <w:t>____________________________</w:t>
            </w:r>
          </w:p>
        </w:tc>
      </w:tr>
      <w:tr>
        <w:tc>
          <w:tcPr>
            <w:tcW w:type="dxa" w:w="5256"/>
            <w:shd w:fill="D9EAF7"/>
            <w:vAlign w:val="center"/>
          </w:tcPr>
          <w:p>
            <w:r>
              <w:rPr>
                <w:b/>
              </w:rPr>
              <w:t>तिथि / Date</w:t>
            </w:r>
          </w:p>
        </w:tc>
        <w:tc>
          <w:tcPr>
            <w:tcW w:type="dxa" w:w="5256"/>
            <w:vAlign w:val="center"/>
          </w:tcPr>
          <w:p>
            <w:r>
              <w:t>____ / ____ / ______</w:t>
            </w:r>
          </w:p>
        </w:tc>
      </w:tr>
      <w:tr>
        <w:tc>
          <w:tcPr>
            <w:tcW w:type="dxa" w:w="5256"/>
            <w:shd w:fill="D9EAF7"/>
            <w:vAlign w:val="center"/>
          </w:tcPr>
          <w:p>
            <w:r>
              <w:rPr>
                <w:b/>
              </w:rPr>
              <w:t>समय / Time</w:t>
            </w:r>
          </w:p>
        </w:tc>
        <w:tc>
          <w:tcPr>
            <w:tcW w:type="dxa" w:w="5256"/>
            <w:vAlign w:val="center"/>
          </w:tcPr>
          <w:p>
            <w:r>
              <w:t>____________________________</w:t>
            </w:r>
          </w:p>
        </w:tc>
      </w:tr>
      <w:tr>
        <w:tc>
          <w:tcPr>
            <w:tcW w:type="dxa" w:w="5256"/>
            <w:shd w:fill="D9EAF7"/>
            <w:vAlign w:val="center"/>
          </w:tcPr>
          <w:p>
            <w:r>
              <w:rPr>
                <w:b/>
              </w:rPr>
              <w:t>स्थान / Venue</w:t>
            </w:r>
          </w:p>
        </w:tc>
        <w:tc>
          <w:tcPr>
            <w:tcW w:type="dxa" w:w="5256"/>
            <w:vAlign w:val="center"/>
          </w:tcPr>
          <w:p>
            <w:r>
              <w:t>____________________________________________________________</w:t>
            </w:r>
          </w:p>
        </w:tc>
      </w:tr>
    </w:tbl>
    <w:p/>
    <w:p>
      <w:r>
        <w:rPr>
          <w:b/>
        </w:rPr>
        <w:t xml:space="preserve">महत्वपूर्ण / Important: </w:t>
      </w:r>
      <w:r>
        <w:t>यदि AGM में Managing Committee election भी due है, तो applicable Appendix-A election procedure, notice requirements और competent authority के निर्देश अलग से verify करें। इस सामान्य AGM notice को स्वतः election notice न माना जाए।</w:t>
      </w:r>
    </w:p>
    <w:p>
      <w:pPr>
        <w:jc w:val="right"/>
      </w:pPr>
      <w:r>
        <w:rPr>
          <w:b/>
        </w:rPr>
        <w:t>हस्ताक्षर / Signature: __________________________</w:t>
        <w:br/>
      </w:r>
      <w:r>
        <w:t>Chief Executive Officer / Manager / Secretary / Authorised Officer</w:t>
        <w:br/>
      </w:r>
      <w:r>
        <w:t>Name: __________________________  Seal: _____________</w:t>
      </w:r>
    </w:p>
    <w:p>
      <w:r>
        <w:br w:type="page"/>
      </w:r>
    </w:p>
    <w:p>
      <w:pPr>
        <w:pStyle w:val="HeadingX"/>
      </w:pPr>
      <w:r>
        <w:t>PART B - AGM AGENDA / वार्षिक आम सभा की कार्यसूची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10512"/>
      </w:tblGrid>
      <w:tr>
        <w:tc>
          <w:tcPr>
            <w:tcW w:type="dxa" w:w="10512"/>
            <w:shd w:fill="F3F6F9"/>
          </w:tcPr>
          <w:p>
            <w:r>
              <w:rPr>
                <w:b w:val="0"/>
                <w:sz w:val="18"/>
              </w:rPr>
              <w:t>Items 2-9 below track the principal matters contemplated by Section 25(3). Keep only applicable items, and add society-specific items required by registered bye-laws, audit directions or departmental instructions.</w:t>
            </w:r>
          </w:p>
        </w:tc>
      </w:tr>
    </w:tbl>
    <w:p/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2628"/>
        <w:gridCol w:w="2628"/>
        <w:gridCol w:w="2628"/>
        <w:gridCol w:w="2628"/>
      </w:tblGrid>
      <w:tr>
        <w:trPr>
          <w:tblHeader w:val="true"/>
        </w:trPr>
        <w:tc>
          <w:tcPr>
            <w:tcW w:type="dxa" w:w="792"/>
            <w:shd w:fill="2F75B5"/>
          </w:tcPr>
          <w:p>
            <w:r>
              <w:rPr>
                <w:b/>
                <w:color w:val="FFFFFF"/>
              </w:rPr>
              <w:t>Item No.</w:t>
              <w:br/>
              <w:t>मद सं.</w:t>
            </w:r>
          </w:p>
        </w:tc>
        <w:tc>
          <w:tcPr>
            <w:tcW w:type="dxa" w:w="6264"/>
            <w:shd w:fill="2F75B5"/>
          </w:tcPr>
          <w:p>
            <w:r>
              <w:rPr>
                <w:b/>
                <w:color w:val="FFFFFF"/>
              </w:rPr>
              <w:t>Agenda Item / कार्यसूची</w:t>
            </w:r>
          </w:p>
        </w:tc>
        <w:tc>
          <w:tcPr>
            <w:tcW w:type="dxa" w:w="2160"/>
            <w:shd w:fill="2F75B5"/>
          </w:tcPr>
          <w:p>
            <w:r>
              <w:rPr>
                <w:b/>
                <w:color w:val="FFFFFF"/>
              </w:rPr>
              <w:t>Statutory / Practical basis</w:t>
            </w:r>
          </w:p>
        </w:tc>
        <w:tc>
          <w:tcPr>
            <w:tcW w:type="dxa" w:w="1872"/>
            <w:shd w:fill="2F75B5"/>
          </w:tcPr>
          <w:p>
            <w:r>
              <w:rPr>
                <w:b/>
                <w:color w:val="FFFFFF"/>
              </w:rPr>
              <w:t>Remarks / संलग्नक</w:t>
            </w:r>
          </w:p>
        </w:tc>
      </w:tr>
      <w:tr>
        <w:tc>
          <w:tcPr>
            <w:tcW w:type="dxa" w:w="792"/>
          </w:tcPr>
          <w:p>
            <w:r>
              <w:t>1</w:t>
            </w:r>
          </w:p>
        </w:tc>
        <w:tc>
          <w:tcPr>
            <w:tcW w:type="dxa" w:w="6264"/>
          </w:tcPr>
          <w:p>
            <w:r>
              <w:t>पिछली AGM/General Body Meeting की कार्यवाही की पुष्टि, जहाँ लागू हो। / Confirmation of previous proceedings, where applicable.</w:t>
            </w:r>
          </w:p>
        </w:tc>
        <w:tc>
          <w:tcPr>
            <w:tcW w:type="dxa" w:w="2160"/>
          </w:tcPr>
          <w:p>
            <w:r>
              <w:t>Bye-laws / practice</w:t>
            </w:r>
          </w:p>
        </w:tc>
        <w:tc>
          <w:tcPr>
            <w:tcW w:type="dxa" w:w="1872"/>
          </w:tcPr>
          <w:p>
            <w:r>
              <w:t>Previous minutes</w:t>
            </w:r>
          </w:p>
        </w:tc>
      </w:tr>
      <w:tr>
        <w:tc>
          <w:tcPr>
            <w:tcW w:type="dxa" w:w="792"/>
          </w:tcPr>
          <w:p>
            <w:r>
              <w:t>2</w:t>
            </w:r>
          </w:p>
        </w:tc>
        <w:tc>
          <w:tcPr>
            <w:tcW w:type="dxa" w:w="6264"/>
          </w:tcPr>
          <w:p>
            <w:r>
              <w:t>आगामी वर्ष के लिए समिति की गतिविधियों/कार्यक्रम की स्वीकृति। / Approval of programme of activities for the ensuing year.</w:t>
            </w:r>
          </w:p>
        </w:tc>
        <w:tc>
          <w:tcPr>
            <w:tcW w:type="dxa" w:w="2160"/>
          </w:tcPr>
          <w:p>
            <w:r>
              <w:t>Section 25(3)</w:t>
            </w:r>
          </w:p>
        </w:tc>
        <w:tc>
          <w:tcPr>
            <w:tcW w:type="dxa" w:w="1872"/>
          </w:tcPr>
          <w:p>
            <w:r>
              <w:t>Programme note</w:t>
            </w:r>
          </w:p>
        </w:tc>
      </w:tr>
      <w:tr>
        <w:tc>
          <w:tcPr>
            <w:tcW w:type="dxa" w:w="792"/>
          </w:tcPr>
          <w:p>
            <w:r>
              <w:t>3</w:t>
            </w:r>
          </w:p>
        </w:tc>
        <w:tc>
          <w:tcPr>
            <w:tcW w:type="dxa" w:w="6264"/>
          </w:tcPr>
          <w:p>
            <w:r>
              <w:t>Audit Report एवं Annual Report पर विचार। / Consideration of audit report and annual report.</w:t>
            </w:r>
          </w:p>
        </w:tc>
        <w:tc>
          <w:tcPr>
            <w:tcW w:type="dxa" w:w="2160"/>
          </w:tcPr>
          <w:p>
            <w:r>
              <w:t>Section 25(3)</w:t>
            </w:r>
          </w:p>
        </w:tc>
        <w:tc>
          <w:tcPr>
            <w:tcW w:type="dxa" w:w="1872"/>
          </w:tcPr>
          <w:p>
            <w:r>
              <w:t>Audit + annual report</w:t>
            </w:r>
          </w:p>
        </w:tc>
      </w:tr>
      <w:tr>
        <w:tc>
          <w:tcPr>
            <w:tcW w:type="dxa" w:w="792"/>
          </w:tcPr>
          <w:p>
            <w:r>
              <w:t>4</w:t>
            </w:r>
          </w:p>
        </w:tc>
        <w:tc>
          <w:tcPr>
            <w:tcW w:type="dxa" w:w="6264"/>
          </w:tcPr>
          <w:p>
            <w:r>
              <w:t>पिछले वर्ष के प्रदर्शन की समीक्षा। / Review of performance of the preceding year.</w:t>
            </w:r>
          </w:p>
        </w:tc>
        <w:tc>
          <w:tcPr>
            <w:tcW w:type="dxa" w:w="2160"/>
          </w:tcPr>
          <w:p>
            <w:r>
              <w:t>Section 25(3)</w:t>
            </w:r>
          </w:p>
        </w:tc>
        <w:tc>
          <w:tcPr>
            <w:tcW w:type="dxa" w:w="1872"/>
          </w:tcPr>
          <w:p>
            <w:r>
              <w:t>Performance statement</w:t>
            </w:r>
          </w:p>
        </w:tc>
      </w:tr>
      <w:tr>
        <w:tc>
          <w:tcPr>
            <w:tcW w:type="dxa" w:w="792"/>
          </w:tcPr>
          <w:p>
            <w:r>
              <w:t>5</w:t>
            </w:r>
          </w:p>
        </w:tc>
        <w:tc>
          <w:tcPr>
            <w:tcW w:type="dxa" w:w="6264"/>
          </w:tcPr>
          <w:p>
            <w:r>
              <w:t>समिति की स्थिति की समीक्षा, जिसमें defaulters की सूची व default amount शामिल हो। / Review of state of affairs including defaulters and amount of default.</w:t>
            </w:r>
          </w:p>
        </w:tc>
        <w:tc>
          <w:tcPr>
            <w:tcW w:type="dxa" w:w="2160"/>
          </w:tcPr>
          <w:p>
            <w:r>
              <w:t>Section 25(3)</w:t>
            </w:r>
          </w:p>
        </w:tc>
        <w:tc>
          <w:tcPr>
            <w:tcW w:type="dxa" w:w="1872"/>
          </w:tcPr>
          <w:p>
            <w:r>
              <w:t>Defaulter statement</w:t>
            </w:r>
          </w:p>
        </w:tc>
      </w:tr>
      <w:tr>
        <w:tc>
          <w:tcPr>
            <w:tcW w:type="dxa" w:w="792"/>
          </w:tcPr>
          <w:p>
            <w:r>
              <w:t>6</w:t>
            </w:r>
          </w:p>
        </w:tc>
        <w:tc>
          <w:tcPr>
            <w:tcW w:type="dxa" w:w="6264"/>
          </w:tcPr>
          <w:p>
            <w:r>
              <w:t>Specific reserves/other funds का निर्माण व उपयोग। / Creation and utilisation of specific reserves and other funds.</w:t>
            </w:r>
          </w:p>
        </w:tc>
        <w:tc>
          <w:tcPr>
            <w:tcW w:type="dxa" w:w="2160"/>
          </w:tcPr>
          <w:p>
            <w:r>
              <w:t>Section 25(3)</w:t>
            </w:r>
          </w:p>
        </w:tc>
        <w:tc>
          <w:tcPr>
            <w:tcW w:type="dxa" w:w="1872"/>
          </w:tcPr>
          <w:p>
            <w:r>
              <w:t>Fund statement</w:t>
            </w:r>
          </w:p>
        </w:tc>
      </w:tr>
      <w:tr>
        <w:tc>
          <w:tcPr>
            <w:tcW w:type="dxa" w:w="792"/>
          </w:tcPr>
          <w:p>
            <w:r>
              <w:t>7</w:t>
            </w:r>
          </w:p>
        </w:tc>
        <w:tc>
          <w:tcPr>
            <w:tcW w:type="dxa" w:w="6264"/>
          </w:tcPr>
          <w:p>
            <w:r>
              <w:t>Office bearers के relatives के रूप में कार्यरत employees की सूची पर विचार। / Consideration of relevant employee-relatives list.</w:t>
            </w:r>
          </w:p>
        </w:tc>
        <w:tc>
          <w:tcPr>
            <w:tcW w:type="dxa" w:w="2160"/>
          </w:tcPr>
          <w:p>
            <w:r>
              <w:t>Section 25(3)</w:t>
            </w:r>
          </w:p>
        </w:tc>
        <w:tc>
          <w:tcPr>
            <w:tcW w:type="dxa" w:w="1872"/>
          </w:tcPr>
          <w:p>
            <w:r>
              <w:t>Statement, if applicable</w:t>
            </w:r>
          </w:p>
        </w:tc>
      </w:tr>
      <w:tr>
        <w:tc>
          <w:tcPr>
            <w:tcW w:type="dxa" w:w="792"/>
          </w:tcPr>
          <w:p>
            <w:r>
              <w:t>8</w:t>
            </w:r>
          </w:p>
        </w:tc>
        <w:tc>
          <w:tcPr>
            <w:tcW w:type="dxa" w:w="6264"/>
          </w:tcPr>
          <w:p>
            <w:r>
              <w:t>Managing Committee election, जब due हो। / Election of Managing Committee when due.</w:t>
            </w:r>
          </w:p>
        </w:tc>
        <w:tc>
          <w:tcPr>
            <w:tcW w:type="dxa" w:w="2160"/>
          </w:tcPr>
          <w:p>
            <w:r>
              <w:t>Section 25(3) + Appendix A</w:t>
            </w:r>
          </w:p>
        </w:tc>
        <w:tc>
          <w:tcPr>
            <w:tcW w:type="dxa" w:w="1872"/>
          </w:tcPr>
          <w:p>
            <w:r>
              <w:t>Use election procedure</w:t>
            </w:r>
          </w:p>
        </w:tc>
      </w:tr>
      <w:tr>
        <w:tc>
          <w:tcPr>
            <w:tcW w:type="dxa" w:w="792"/>
          </w:tcPr>
          <w:p>
            <w:r>
              <w:t>9</w:t>
            </w:r>
          </w:p>
        </w:tc>
        <w:tc>
          <w:tcPr>
            <w:tcW w:type="dxa" w:w="6264"/>
          </w:tcPr>
          <w:p>
            <w:r>
              <w:t>Bye-laws में प्रस्तावित amendment पर विचार, यदि कोई हो। / Consideration of bye-law amendment, if any.</w:t>
            </w:r>
          </w:p>
        </w:tc>
        <w:tc>
          <w:tcPr>
            <w:tcW w:type="dxa" w:w="2160"/>
          </w:tcPr>
          <w:p>
            <w:r>
              <w:t>Section 25(3); Sections 9A-10</w:t>
            </w:r>
          </w:p>
        </w:tc>
        <w:tc>
          <w:tcPr>
            <w:tcW w:type="dxa" w:w="1872"/>
          </w:tcPr>
          <w:p>
            <w:r>
              <w:t>Amendment draft</w:t>
            </w:r>
          </w:p>
        </w:tc>
      </w:tr>
      <w:tr>
        <w:tc>
          <w:tcPr>
            <w:tcW w:type="dxa" w:w="792"/>
          </w:tcPr>
          <w:p>
            <w:r>
              <w:t>10</w:t>
            </w:r>
          </w:p>
        </w:tc>
        <w:tc>
          <w:tcPr>
            <w:tcW w:type="dxa" w:w="6264"/>
          </w:tcPr>
          <w:p>
            <w:r>
              <w:t>Annual accounts / budget / profit appropriation / dividend आदि पर विचार, जहाँ bye-laws या applicable directions के अनुसार आवश्यक हो।</w:t>
            </w:r>
          </w:p>
        </w:tc>
        <w:tc>
          <w:tcPr>
            <w:tcW w:type="dxa" w:w="2160"/>
          </w:tcPr>
          <w:p>
            <w:r>
              <w:t>Bye-laws / directions</w:t>
            </w:r>
          </w:p>
        </w:tc>
        <w:tc>
          <w:tcPr>
            <w:tcW w:type="dxa" w:w="1872"/>
          </w:tcPr>
          <w:p>
            <w:r>
              <w:t>Accounts/budget</w:t>
            </w:r>
          </w:p>
        </w:tc>
      </w:tr>
      <w:tr>
        <w:tc>
          <w:tcPr>
            <w:tcW w:type="dxa" w:w="792"/>
          </w:tcPr>
          <w:p>
            <w:r>
              <w:t>11</w:t>
            </w:r>
          </w:p>
        </w:tc>
        <w:tc>
          <w:tcPr>
            <w:tcW w:type="dxa" w:w="6264"/>
          </w:tcPr>
          <w:p>
            <w:r>
              <w:t>Chair की अनुमति से अन्य वैध विषय। / Any other lawful matter permitted under the bye-laws.</w:t>
            </w:r>
          </w:p>
        </w:tc>
        <w:tc>
          <w:tcPr>
            <w:tcW w:type="dxa" w:w="2160"/>
          </w:tcPr>
          <w:p>
            <w:r>
              <w:t>Bye-laws</w:t>
            </w:r>
          </w:p>
        </w:tc>
        <w:tc>
          <w:tcPr>
            <w:tcW w:type="dxa" w:w="1872"/>
          </w:tcPr>
          <w:p>
            <w:r>
              <w:t>________________</w:t>
            </w:r>
          </w:p>
        </w:tc>
      </w:tr>
    </w:tbl>
    <w:p>
      <w:r>
        <w:rPr>
          <w:b/>
        </w:rPr>
        <w:t xml:space="preserve">Attachments proposed / प्रस्तावित संलग्नक: </w:t>
      </w:r>
      <w:r>
        <w:t>Audit Report, Annual Report, Annual Accounts, Activity Programme, Defaulters List, Fund/Reserve Statement, proposed Bye-law Amendment, Election documents (if applicable), अन्य संबंधित विवरण।</w:t>
      </w:r>
    </w:p>
    <w:p>
      <w:r>
        <w:br w:type="page"/>
      </w:r>
    </w:p>
    <w:p>
      <w:pPr>
        <w:pStyle w:val="HeadingX"/>
      </w:pPr>
      <w:r>
        <w:t>PART C - AGM MINUTES / PROCEEDINGS / कार्यवाही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5256"/>
        <w:gridCol w:w="5256"/>
      </w:tblGrid>
      <w:tr>
        <w:tc>
          <w:tcPr>
            <w:tcW w:type="dxa" w:w="5256"/>
            <w:shd w:fill="D9EAF7"/>
            <w:vAlign w:val="center"/>
          </w:tcPr>
          <w:p>
            <w:r>
              <w:rPr>
                <w:b/>
              </w:rPr>
              <w:t>समिति का नाम / Society</w:t>
            </w:r>
          </w:p>
        </w:tc>
        <w:tc>
          <w:tcPr>
            <w:tcW w:type="dxa" w:w="5256"/>
            <w:vAlign w:val="center"/>
          </w:tcPr>
          <w:p>
            <w:r>
              <w:t>____________________________________________________________</w:t>
            </w:r>
          </w:p>
        </w:tc>
      </w:tr>
      <w:tr>
        <w:tc>
          <w:tcPr>
            <w:tcW w:type="dxa" w:w="5256"/>
            <w:shd w:fill="D9EAF7"/>
            <w:vAlign w:val="center"/>
          </w:tcPr>
          <w:p>
            <w:r>
              <w:rPr>
                <w:b/>
              </w:rPr>
              <w:t>Meeting Date / बैठक दिनांक</w:t>
            </w:r>
          </w:p>
        </w:tc>
        <w:tc>
          <w:tcPr>
            <w:tcW w:type="dxa" w:w="5256"/>
            <w:vAlign w:val="center"/>
          </w:tcPr>
          <w:p>
            <w:r>
              <w:t>____ / ____ / ______</w:t>
            </w:r>
          </w:p>
        </w:tc>
      </w:tr>
      <w:tr>
        <w:tc>
          <w:tcPr>
            <w:tcW w:type="dxa" w:w="5256"/>
            <w:shd w:fill="D9EAF7"/>
            <w:vAlign w:val="center"/>
          </w:tcPr>
          <w:p>
            <w:r>
              <w:rPr>
                <w:b/>
              </w:rPr>
              <w:t>Time / समय</w:t>
            </w:r>
          </w:p>
        </w:tc>
        <w:tc>
          <w:tcPr>
            <w:tcW w:type="dxa" w:w="5256"/>
            <w:vAlign w:val="center"/>
          </w:tcPr>
          <w:p>
            <w:r>
              <w:t>________________</w:t>
            </w:r>
          </w:p>
        </w:tc>
      </w:tr>
      <w:tr>
        <w:tc>
          <w:tcPr>
            <w:tcW w:type="dxa" w:w="5256"/>
            <w:shd w:fill="D9EAF7"/>
            <w:vAlign w:val="center"/>
          </w:tcPr>
          <w:p>
            <w:r>
              <w:rPr>
                <w:b/>
              </w:rPr>
              <w:t>Venue / स्थान</w:t>
            </w:r>
          </w:p>
        </w:tc>
        <w:tc>
          <w:tcPr>
            <w:tcW w:type="dxa" w:w="5256"/>
            <w:vAlign w:val="center"/>
          </w:tcPr>
          <w:p>
            <w:r>
              <w:t>____________________________________________</w:t>
            </w:r>
          </w:p>
        </w:tc>
      </w:tr>
      <w:tr>
        <w:tc>
          <w:tcPr>
            <w:tcW w:type="dxa" w:w="5256"/>
            <w:shd w:fill="D9EAF7"/>
            <w:vAlign w:val="center"/>
          </w:tcPr>
          <w:p>
            <w:r>
              <w:rPr>
                <w:b/>
              </w:rPr>
              <w:t>Total Members on Roll / कुल सदस्य</w:t>
            </w:r>
          </w:p>
        </w:tc>
        <w:tc>
          <w:tcPr>
            <w:tcW w:type="dxa" w:w="5256"/>
            <w:vAlign w:val="center"/>
          </w:tcPr>
          <w:p>
            <w:r>
              <w:t>__________</w:t>
            </w:r>
          </w:p>
        </w:tc>
      </w:tr>
      <w:tr>
        <w:tc>
          <w:tcPr>
            <w:tcW w:type="dxa" w:w="5256"/>
            <w:shd w:fill="D9EAF7"/>
            <w:vAlign w:val="center"/>
          </w:tcPr>
          <w:p>
            <w:r>
              <w:rPr>
                <w:b/>
              </w:rPr>
              <w:t>Members Present / उपस्थित सदस्य</w:t>
            </w:r>
          </w:p>
        </w:tc>
        <w:tc>
          <w:tcPr>
            <w:tcW w:type="dxa" w:w="5256"/>
            <w:vAlign w:val="center"/>
          </w:tcPr>
          <w:p>
            <w:r>
              <w:t>__________</w:t>
            </w:r>
          </w:p>
        </w:tc>
      </w:tr>
      <w:tr>
        <w:tc>
          <w:tcPr>
            <w:tcW w:type="dxa" w:w="5256"/>
            <w:shd w:fill="D9EAF7"/>
            <w:vAlign w:val="center"/>
          </w:tcPr>
          <w:p>
            <w:r>
              <w:rPr>
                <w:b/>
              </w:rPr>
              <w:t>Quorum required / आवश्यक कोरम</w:t>
            </w:r>
          </w:p>
        </w:tc>
        <w:tc>
          <w:tcPr>
            <w:tcW w:type="dxa" w:w="5256"/>
            <w:vAlign w:val="center"/>
          </w:tcPr>
          <w:p>
            <w:r>
              <w:t>__________</w:t>
            </w:r>
          </w:p>
        </w:tc>
      </w:tr>
      <w:tr>
        <w:tc>
          <w:tcPr>
            <w:tcW w:type="dxa" w:w="5256"/>
            <w:shd w:fill="D9EAF7"/>
            <w:vAlign w:val="center"/>
          </w:tcPr>
          <w:p>
            <w:r>
              <w:rPr>
                <w:b/>
              </w:rPr>
              <w:t>Quorum found / कोरम पूर्ण</w:t>
            </w:r>
          </w:p>
        </w:tc>
        <w:tc>
          <w:tcPr>
            <w:tcW w:type="dxa" w:w="5256"/>
            <w:vAlign w:val="center"/>
          </w:tcPr>
          <w:p>
            <w:r>
              <w:t>Yes / No</w:t>
            </w:r>
          </w:p>
        </w:tc>
      </w:tr>
      <w:tr>
        <w:tc>
          <w:tcPr>
            <w:tcW w:type="dxa" w:w="5256"/>
            <w:shd w:fill="D9EAF7"/>
            <w:vAlign w:val="center"/>
          </w:tcPr>
          <w:p>
            <w:r>
              <w:rPr>
                <w:b/>
              </w:rPr>
              <w:t>Presiding Officer / अध्यक्षता</w:t>
            </w:r>
          </w:p>
        </w:tc>
        <w:tc>
          <w:tcPr>
            <w:tcW w:type="dxa" w:w="5256"/>
            <w:vAlign w:val="center"/>
          </w:tcPr>
          <w:p>
            <w:r>
              <w:t>____________________________________________</w:t>
            </w:r>
          </w:p>
        </w:tc>
      </w:tr>
    </w:tbl>
    <w:p/>
    <w:p>
      <w:r>
        <w:rPr>
          <w:b/>
        </w:rPr>
        <w:t xml:space="preserve">Opening / प्रारंभ: </w:t>
      </w:r>
      <w:r>
        <w:t>निर्धारित समय पर उपस्थित सदस्यों की गणना/हाजिरी के बाद quorum की पुष्टि की गई। Presiding Officer ने सभा प्रारंभ की और कार्यसूची के अनुसार विषय लिए गए।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2102"/>
        <w:gridCol w:w="2102"/>
        <w:gridCol w:w="2102"/>
        <w:gridCol w:w="2102"/>
        <w:gridCol w:w="2102"/>
      </w:tblGrid>
      <w:tr>
        <w:trPr>
          <w:tblHeader w:val="true"/>
        </w:trPr>
        <w:tc>
          <w:tcPr>
            <w:tcW w:type="dxa" w:w="1008"/>
            <w:shd w:fill="2F75B5"/>
          </w:tcPr>
          <w:p>
            <w:r>
              <w:rPr>
                <w:b/>
                <w:color w:val="FFFFFF"/>
              </w:rPr>
              <w:t>Resolution No.</w:t>
            </w:r>
          </w:p>
        </w:tc>
        <w:tc>
          <w:tcPr>
            <w:tcW w:type="dxa" w:w="1728"/>
            <w:shd w:fill="2F75B5"/>
          </w:tcPr>
          <w:p>
            <w:r>
              <w:rPr>
                <w:b/>
                <w:color w:val="FFFFFF"/>
              </w:rPr>
              <w:t>Agenda Item</w:t>
            </w:r>
          </w:p>
        </w:tc>
        <w:tc>
          <w:tcPr>
            <w:tcW w:type="dxa" w:w="3528"/>
            <w:shd w:fill="2F75B5"/>
          </w:tcPr>
          <w:p>
            <w:r>
              <w:rPr>
                <w:b/>
                <w:color w:val="FFFFFF"/>
              </w:rPr>
              <w:t>Discussion / मुख्य विचार-विमर्श</w:t>
            </w:r>
          </w:p>
        </w:tc>
        <w:tc>
          <w:tcPr>
            <w:tcW w:type="dxa" w:w="3744"/>
            <w:shd w:fill="2F75B5"/>
          </w:tcPr>
          <w:p>
            <w:r>
              <w:rPr>
                <w:b/>
                <w:color w:val="FFFFFF"/>
              </w:rPr>
              <w:t>Decision / Resolution</w:t>
            </w:r>
          </w:p>
        </w:tc>
        <w:tc>
          <w:tcPr>
            <w:tcW w:type="dxa" w:w="1800"/>
            <w:shd w:fill="2F75B5"/>
          </w:tcPr>
          <w:p>
            <w:r>
              <w:rPr>
                <w:b/>
                <w:color w:val="FFFFFF"/>
              </w:rPr>
              <w:t>Voting / Result</w:t>
            </w:r>
          </w:p>
        </w:tc>
      </w:tr>
      <w:tr>
        <w:tc>
          <w:tcPr>
            <w:tcW w:type="dxa" w:w="1008"/>
          </w:tcPr>
          <w:p>
            <w:r>
              <w:t>1</w:t>
            </w:r>
          </w:p>
        </w:tc>
        <w:tc>
          <w:tcPr>
            <w:tcW w:type="dxa" w:w="1728"/>
          </w:tcPr>
          <w:p>
            <w:r>
              <w:t>Agenda Item No. ____</w:t>
            </w:r>
          </w:p>
        </w:tc>
        <w:tc>
          <w:tcPr>
            <w:tcW w:type="dxa" w:w="3528"/>
          </w:tcPr>
          <w:p>
            <w:r>
              <w:t>________________________________________________</w:t>
              <w:br/>
              <w:t>________________________________________________</w:t>
            </w:r>
          </w:p>
        </w:tc>
        <w:tc>
          <w:tcPr>
            <w:tcW w:type="dxa" w:w="3744"/>
          </w:tcPr>
          <w:p>
            <w:r>
              <w:t>Resolved that / निर्णय लिया गया कि:</w:t>
              <w:br/>
              <w:t>________________________________________________</w:t>
              <w:br/>
              <w:t>________________________________________________</w:t>
            </w:r>
          </w:p>
        </w:tc>
        <w:tc>
          <w:tcPr>
            <w:tcW w:type="dxa" w:w="1800"/>
          </w:tcPr>
          <w:p>
            <w:r>
              <w:t>Unanimous / Majority</w:t>
              <w:br/>
              <w:t>For: ___ Against: ___ Abstain: ___</w:t>
            </w:r>
          </w:p>
        </w:tc>
      </w:tr>
      <w:tr>
        <w:tc>
          <w:tcPr>
            <w:tcW w:type="dxa" w:w="1008"/>
          </w:tcPr>
          <w:p>
            <w:r>
              <w:t>2</w:t>
            </w:r>
          </w:p>
        </w:tc>
        <w:tc>
          <w:tcPr>
            <w:tcW w:type="dxa" w:w="1728"/>
          </w:tcPr>
          <w:p>
            <w:r>
              <w:t>Agenda Item No. ____</w:t>
            </w:r>
          </w:p>
        </w:tc>
        <w:tc>
          <w:tcPr>
            <w:tcW w:type="dxa" w:w="3528"/>
          </w:tcPr>
          <w:p>
            <w:r>
              <w:t>________________________________________________</w:t>
              <w:br/>
              <w:t>________________________________________________</w:t>
            </w:r>
          </w:p>
        </w:tc>
        <w:tc>
          <w:tcPr>
            <w:tcW w:type="dxa" w:w="3744"/>
          </w:tcPr>
          <w:p>
            <w:r>
              <w:t>Resolved that / निर्णय लिया गया कि:</w:t>
              <w:br/>
              <w:t>________________________________________________</w:t>
              <w:br/>
              <w:t>________________________________________________</w:t>
            </w:r>
          </w:p>
        </w:tc>
        <w:tc>
          <w:tcPr>
            <w:tcW w:type="dxa" w:w="1800"/>
          </w:tcPr>
          <w:p>
            <w:r>
              <w:t>Unanimous / Majority</w:t>
              <w:br/>
              <w:t>For: ___ Against: ___ Abstain: ___</w:t>
            </w:r>
          </w:p>
        </w:tc>
      </w:tr>
      <w:tr>
        <w:tc>
          <w:tcPr>
            <w:tcW w:type="dxa" w:w="1008"/>
          </w:tcPr>
          <w:p>
            <w:r>
              <w:t>3</w:t>
            </w:r>
          </w:p>
        </w:tc>
        <w:tc>
          <w:tcPr>
            <w:tcW w:type="dxa" w:w="1728"/>
          </w:tcPr>
          <w:p>
            <w:r>
              <w:t>Agenda Item No. ____</w:t>
            </w:r>
          </w:p>
        </w:tc>
        <w:tc>
          <w:tcPr>
            <w:tcW w:type="dxa" w:w="3528"/>
          </w:tcPr>
          <w:p>
            <w:r>
              <w:t>________________________________________________</w:t>
              <w:br/>
              <w:t>________________________________________________</w:t>
            </w:r>
          </w:p>
        </w:tc>
        <w:tc>
          <w:tcPr>
            <w:tcW w:type="dxa" w:w="3744"/>
          </w:tcPr>
          <w:p>
            <w:r>
              <w:t>Resolved that / निर्णय लिया गया कि:</w:t>
              <w:br/>
              <w:t>________________________________________________</w:t>
              <w:br/>
              <w:t>________________________________________________</w:t>
            </w:r>
          </w:p>
        </w:tc>
        <w:tc>
          <w:tcPr>
            <w:tcW w:type="dxa" w:w="1800"/>
          </w:tcPr>
          <w:p>
            <w:r>
              <w:t>Unanimous / Majority</w:t>
              <w:br/>
              <w:t>For: ___ Against: ___ Abstain: ___</w:t>
            </w:r>
          </w:p>
        </w:tc>
      </w:tr>
      <w:tr>
        <w:tc>
          <w:tcPr>
            <w:tcW w:type="dxa" w:w="1008"/>
          </w:tcPr>
          <w:p>
            <w:r>
              <w:t>4</w:t>
            </w:r>
          </w:p>
        </w:tc>
        <w:tc>
          <w:tcPr>
            <w:tcW w:type="dxa" w:w="1728"/>
          </w:tcPr>
          <w:p>
            <w:r>
              <w:t>Agenda Item No. ____</w:t>
            </w:r>
          </w:p>
        </w:tc>
        <w:tc>
          <w:tcPr>
            <w:tcW w:type="dxa" w:w="3528"/>
          </w:tcPr>
          <w:p>
            <w:r>
              <w:t>________________________________________________</w:t>
              <w:br/>
              <w:t>________________________________________________</w:t>
            </w:r>
          </w:p>
        </w:tc>
        <w:tc>
          <w:tcPr>
            <w:tcW w:type="dxa" w:w="3744"/>
          </w:tcPr>
          <w:p>
            <w:r>
              <w:t>Resolved that / निर्णय लिया गया कि:</w:t>
              <w:br/>
              <w:t>________________________________________________</w:t>
              <w:br/>
              <w:t>________________________________________________</w:t>
            </w:r>
          </w:p>
        </w:tc>
        <w:tc>
          <w:tcPr>
            <w:tcW w:type="dxa" w:w="1800"/>
          </w:tcPr>
          <w:p>
            <w:r>
              <w:t>Unanimous / Majority</w:t>
              <w:br/>
              <w:t>For: ___ Against: ___ Abstain: ___</w:t>
            </w:r>
          </w:p>
        </w:tc>
      </w:tr>
      <w:tr>
        <w:tc>
          <w:tcPr>
            <w:tcW w:type="dxa" w:w="1008"/>
          </w:tcPr>
          <w:p>
            <w:r>
              <w:t>5</w:t>
            </w:r>
          </w:p>
        </w:tc>
        <w:tc>
          <w:tcPr>
            <w:tcW w:type="dxa" w:w="1728"/>
          </w:tcPr>
          <w:p>
            <w:r>
              <w:t>Agenda Item No. ____</w:t>
            </w:r>
          </w:p>
        </w:tc>
        <w:tc>
          <w:tcPr>
            <w:tcW w:type="dxa" w:w="3528"/>
          </w:tcPr>
          <w:p>
            <w:r>
              <w:t>________________________________________________</w:t>
              <w:br/>
              <w:t>________________________________________________</w:t>
            </w:r>
          </w:p>
        </w:tc>
        <w:tc>
          <w:tcPr>
            <w:tcW w:type="dxa" w:w="3744"/>
          </w:tcPr>
          <w:p>
            <w:r>
              <w:t>Resolved that / निर्णय लिया गया कि:</w:t>
              <w:br/>
              <w:t>________________________________________________</w:t>
              <w:br/>
              <w:t>________________________________________________</w:t>
            </w:r>
          </w:p>
        </w:tc>
        <w:tc>
          <w:tcPr>
            <w:tcW w:type="dxa" w:w="1800"/>
          </w:tcPr>
          <w:p>
            <w:r>
              <w:t>Unanimous / Majority</w:t>
              <w:br/>
              <w:t>For: ___ Against: ___ Abstain: ___</w:t>
            </w:r>
          </w:p>
        </w:tc>
      </w:tr>
      <w:tr>
        <w:tc>
          <w:tcPr>
            <w:tcW w:type="dxa" w:w="1008"/>
          </w:tcPr>
          <w:p>
            <w:r>
              <w:t>6</w:t>
            </w:r>
          </w:p>
        </w:tc>
        <w:tc>
          <w:tcPr>
            <w:tcW w:type="dxa" w:w="1728"/>
          </w:tcPr>
          <w:p>
            <w:r>
              <w:t>Agenda Item No. ____</w:t>
            </w:r>
          </w:p>
        </w:tc>
        <w:tc>
          <w:tcPr>
            <w:tcW w:type="dxa" w:w="3528"/>
          </w:tcPr>
          <w:p>
            <w:r>
              <w:t>________________________________________________</w:t>
              <w:br/>
              <w:t>________________________________________________</w:t>
            </w:r>
          </w:p>
        </w:tc>
        <w:tc>
          <w:tcPr>
            <w:tcW w:type="dxa" w:w="3744"/>
          </w:tcPr>
          <w:p>
            <w:r>
              <w:t>Resolved that / निर्णय लिया गया कि:</w:t>
              <w:br/>
              <w:t>________________________________________________</w:t>
              <w:br/>
              <w:t>________________________________________________</w:t>
            </w:r>
          </w:p>
        </w:tc>
        <w:tc>
          <w:tcPr>
            <w:tcW w:type="dxa" w:w="1800"/>
          </w:tcPr>
          <w:p>
            <w:r>
              <w:t>Unanimous / Majority</w:t>
              <w:br/>
              <w:t>For: ___ Against: ___ Abstain: ___</w:t>
            </w:r>
          </w:p>
        </w:tc>
      </w:tr>
    </w:tbl>
    <w:p>
      <w:r>
        <w:rPr>
          <w:b/>
        </w:rPr>
        <w:t xml:space="preserve">Meeting Closure / बैठक समाप्ति: </w:t>
      </w:r>
      <w:r>
        <w:t>सभी कार्यसूची मदों पर विचार के बाद सभा धन्यवाद प्रस्ताव के साथ ______ बजे समाप्त हुई।</w:t>
      </w:r>
    </w:p>
    <w:p>
      <w:r>
        <w:br/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504"/>
        <w:gridCol w:w="3504"/>
        <w:gridCol w:w="3504"/>
      </w:tblGrid>
      <w:tr>
        <w:tc>
          <w:tcPr>
            <w:tcW w:type="dxa" w:w="3504"/>
            <w:shd w:fill="D9EAF7"/>
          </w:tcPr>
          <w:p>
            <w:r>
              <w:rPr>
                <w:b/>
              </w:rPr>
              <w:t>Presiding Officer / अध्यक्ष</w:t>
            </w:r>
          </w:p>
        </w:tc>
        <w:tc>
          <w:tcPr>
            <w:tcW w:type="dxa" w:w="3504"/>
            <w:shd w:fill="D9EAF7"/>
          </w:tcPr>
          <w:p>
            <w:r>
              <w:rPr>
                <w:b/>
              </w:rPr>
              <w:t>CEO/Manager/Secretary</w:t>
            </w:r>
          </w:p>
        </w:tc>
        <w:tc>
          <w:tcPr>
            <w:tcW w:type="dxa" w:w="3504"/>
            <w:shd w:fill="D9EAF7"/>
          </w:tcPr>
          <w:p>
            <w:r>
              <w:rPr>
                <w:b/>
              </w:rPr>
              <w:t>Member Witness / सदस्य साक्षी</w:t>
            </w:r>
          </w:p>
        </w:tc>
      </w:tr>
      <w:tr>
        <w:tc>
          <w:tcPr>
            <w:tcW w:type="dxa" w:w="3504"/>
          </w:tcPr>
          <w:p>
            <w:r>
              <w:t>Signature: ____________</w:t>
              <w:br/>
              <w:t>Name: ________________</w:t>
            </w:r>
          </w:p>
        </w:tc>
        <w:tc>
          <w:tcPr>
            <w:tcW w:type="dxa" w:w="3504"/>
          </w:tcPr>
          <w:p>
            <w:r>
              <w:t>Signature: ____________</w:t>
              <w:br/>
              <w:t>Name: ________________</w:t>
            </w:r>
          </w:p>
        </w:tc>
        <w:tc>
          <w:tcPr>
            <w:tcW w:type="dxa" w:w="3504"/>
          </w:tcPr>
          <w:p>
            <w:r>
              <w:t>Signature: ____________</w:t>
              <w:br/>
              <w:t>Name: ________________</w:t>
            </w:r>
          </w:p>
        </w:tc>
      </w:tr>
    </w:tbl>
    <w:p>
      <w:pPr>
        <w:pStyle w:val="SubHeadingX"/>
      </w:pPr>
      <w:r>
        <w:t>CERTIFICATION / प्रमाणन</w:t>
      </w:r>
    </w:p>
    <w:p>
      <w:r>
        <w:t>प्रमाणित किया जाता है कि उपरोक्त कार्यवाही समिति की Minutes/Proceedings Book में दर्ज कार्यवाही की सही प्रति/अंश है, subject to the original record.</w:t>
      </w:r>
    </w:p>
    <w:p>
      <w:pPr>
        <w:jc w:val="right"/>
      </w:pPr>
      <w:r>
        <w:t>Authorised Signatory: ____________________   Seal: ____________</w:t>
      </w:r>
    </w:p>
    <w:p>
      <w:r>
        <w:br w:type="page"/>
      </w:r>
    </w:p>
    <w:p>
      <w:pPr>
        <w:pStyle w:val="HeadingX"/>
      </w:pPr>
      <w:r>
        <w:t>USAGE &amp; LEGAL CHECKLIST / उपयोग एवं कानूनी जाँच</w:t>
      </w:r>
    </w:p>
    <w:p>
      <w:pPr/>
      <w:r>
        <w:rPr>
          <w:b/>
        </w:rPr>
        <w:t xml:space="preserve">☐ </w:t>
      </w:r>
      <w:r>
        <w:t>AGM हर वर्ष आयोजित होना आवश्यक है; exact timing/notice procedure के लिए Act, Rules, registered bye-laws तथा current departmental instructions देखें।</w:t>
      </w:r>
    </w:p>
    <w:p>
      <w:pPr/>
      <w:r>
        <w:rPr>
          <w:b/>
        </w:rPr>
        <w:t xml:space="preserve">☐ </w:t>
      </w:r>
      <w:r>
        <w:t>Rule 23 के अनुसार General Body/Committee meeting CEO या authorised officer द्वारा, bye-laws में निर्दिष्ट authority के direction पर convene की जाती है.</w:t>
      </w:r>
    </w:p>
    <w:p>
      <w:pPr/>
      <w:r>
        <w:rPr>
          <w:b/>
        </w:rPr>
        <w:t xml:space="preserve">☐ </w:t>
      </w:r>
      <w:r>
        <w:t>Notice period और quorum को generic template से assume न करें; society-specific bye-laws निर्णायक हो सकते हैं.</w:t>
      </w:r>
    </w:p>
    <w:p>
      <w:pPr/>
      <w:r>
        <w:rPr>
          <w:b/>
        </w:rPr>
        <w:t xml:space="preserve">☐ </w:t>
      </w:r>
      <w:r>
        <w:t>Election due हो तो Appendix-A और applicable election directions का अलग compliance करें.</w:t>
      </w:r>
    </w:p>
    <w:p>
      <w:pPr/>
      <w:r>
        <w:rPr>
          <w:b/>
        </w:rPr>
        <w:t xml:space="preserve">☐ </w:t>
      </w:r>
      <w:r>
        <w:t>Minutes में attendance, quorum, presiding officer, agenda-wise decision, voting/result और signatures स्पष्ट रखें.</w:t>
      </w:r>
    </w:p>
    <w:p>
      <w:pPr/>
      <w:r>
        <w:rPr>
          <w:b/>
        </w:rPr>
        <w:t xml:space="preserve">☐ </w:t>
      </w:r>
      <w:r>
        <w:t>Attachments को meeting record के साथ serially preserve करें और resolution numbers consistent रखें.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10512"/>
      </w:tblGrid>
      <w:tr>
        <w:tc>
          <w:tcPr>
            <w:tcW w:type="dxa" w:w="10512"/>
            <w:shd w:fill="F3F6F9"/>
          </w:tcPr>
          <w:p>
            <w:r>
              <w:rPr>
                <w:b w:val="0"/>
                <w:sz w:val="18"/>
              </w:rPr>
              <w:t>Official sources: https://coop.haryana.gov.in/actsrules/state-acts-and-rules  |  Haryana Cooperation Department: https://coop.haryana.gov.in/</w:t>
            </w:r>
          </w:p>
        </w:tc>
      </w:tr>
    </w:tbl>
    <w:p/>
    <w:sectPr w:rsidR="00FC693F" w:rsidRPr="0006063C" w:rsidSect="00034616">
      <w:footerReference w:type="default" r:id="rId9"/>
      <w:pgSz w:w="12240" w:h="15840"/>
      <w:pgMar w:top="792" w:right="864" w:bottom="792" w:left="86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Noto Sans Devanagari" w:hAnsi="Noto Sans Devanagari"/>
        <w:color w:val="666666"/>
        <w:sz w:val="16"/>
      </w:rPr>
      <w:t>SahakarWatch Practical Editable Template | Haryana Cooperative Documentation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/>
    </w:pPr>
    <w:rPr>
      <w:rFonts w:ascii="Noto Sans Devanagari" w:hAnsi="Noto Sans Devanagari" w:eastAsia="Noto Sans Devanaga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TitleX">
    <w:name w:val="TitleX"/>
    <w:pPr>
      <w:spacing w:before="120" w:after="100"/>
    </w:pPr>
    <w:rPr>
      <w:rFonts w:ascii="Noto Sans Devanagari" w:hAnsi="Noto Sans Devanagari" w:eastAsia="Noto Sans Devanagari"/>
      <w:b/>
      <w:color w:val="17365D"/>
      <w:sz w:val="34"/>
    </w:rPr>
  </w:style>
  <w:style w:type="paragraph" w:customStyle="1" w:styleId="HeadingX">
    <w:name w:val="HeadingX"/>
    <w:pPr>
      <w:spacing w:before="120" w:after="100"/>
    </w:pPr>
    <w:rPr>
      <w:rFonts w:ascii="Noto Sans Devanagari" w:hAnsi="Noto Sans Devanagari" w:eastAsia="Noto Sans Devanagari"/>
      <w:b/>
      <w:color w:val="17365D"/>
      <w:sz w:val="26"/>
    </w:rPr>
  </w:style>
  <w:style w:type="paragraph" w:customStyle="1" w:styleId="SubHeadingX">
    <w:name w:val="SubHeadingX"/>
    <w:pPr>
      <w:spacing w:before="120" w:after="100"/>
    </w:pPr>
    <w:rPr>
      <w:rFonts w:ascii="Noto Sans Devanagari" w:hAnsi="Noto Sans Devanagari" w:eastAsia="Noto Sans Devanagari"/>
      <w:b/>
      <w:color w:val="2F75B5"/>
      <w:sz w:val="22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